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072E" w14:textId="77777777" w:rsidR="003900EB" w:rsidRDefault="00EA7655">
      <w:pPr>
        <w:pStyle w:val="Heading1"/>
      </w:pPr>
      <w:r>
        <w:t>PANCA JATI PAMUNGKAS</w:t>
      </w:r>
    </w:p>
    <w:p w14:paraId="71BF3624" w14:textId="7B9D4DF8" w:rsidR="003900EB" w:rsidRDefault="00EA7655">
      <w:r>
        <w:t>Jakarta Metropolitan Area, Indonesia</w:t>
      </w:r>
      <w:r>
        <w:br/>
        <w:t>Email: pancajatipamungkas02@gmail.com</w:t>
      </w:r>
      <w:r>
        <w:br/>
        <w:t xml:space="preserve">LinkedIn: </w:t>
      </w:r>
      <w:r w:rsidR="00FE0289">
        <w:t>https://www.linkedin.com/in/panca-jati-pamungkas-a415b8340</w:t>
      </w:r>
      <w:r>
        <w:br/>
      </w:r>
    </w:p>
    <w:p w14:paraId="4F8CF964" w14:textId="77777777" w:rsidR="003900EB" w:rsidRDefault="00EA7655">
      <w:pPr>
        <w:pStyle w:val="Heading2"/>
      </w:pPr>
      <w:r>
        <w:t>PROFESSIONAL SUMMARY</w:t>
      </w:r>
    </w:p>
    <w:p w14:paraId="6E4843F9" w14:textId="77777777" w:rsidR="003900EB" w:rsidRDefault="00EA7655">
      <w:r>
        <w:t xml:space="preserve">Fresh Graduate SMK Tiara </w:t>
      </w:r>
      <w:proofErr w:type="spellStart"/>
      <w:r>
        <w:t>Aksara</w:t>
      </w:r>
      <w:proofErr w:type="spellEnd"/>
      <w:r>
        <w:t xml:space="preserve"> majoring in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Telekomunikasi (TJKT). Interested in IT Support, Network Administration, and Computer Networking. Completed an internship at PT </w:t>
      </w:r>
      <w:proofErr w:type="spellStart"/>
      <w:r>
        <w:t>Trisatya</w:t>
      </w:r>
      <w:proofErr w:type="spellEnd"/>
      <w:r>
        <w:t xml:space="preserve"> </w:t>
      </w:r>
      <w:proofErr w:type="spellStart"/>
      <w:r>
        <w:t>Sukses</w:t>
      </w:r>
      <w:proofErr w:type="spellEnd"/>
      <w:r>
        <w:t xml:space="preserve"> </w:t>
      </w:r>
      <w:proofErr w:type="spellStart"/>
      <w:r>
        <w:t>Abadi</w:t>
      </w:r>
      <w:proofErr w:type="spellEnd"/>
      <w:r>
        <w:t>, supporting HR, Receptionist, and Accounting administrative operations. Strong willingness to learn, good communication skills, attention to detail, and able to work both independently and in a team.</w:t>
      </w:r>
    </w:p>
    <w:p w14:paraId="65648EB5" w14:textId="77777777" w:rsidR="003900EB" w:rsidRDefault="00EA7655">
      <w:pPr>
        <w:pStyle w:val="Heading2"/>
      </w:pPr>
      <w:r>
        <w:t>EDUCATION</w:t>
      </w:r>
    </w:p>
    <w:p w14:paraId="5DC39B21" w14:textId="77777777" w:rsidR="003900EB" w:rsidRDefault="00EA7655">
      <w:r>
        <w:t xml:space="preserve">SMK Tiara </w:t>
      </w:r>
      <w:proofErr w:type="spellStart"/>
      <w:r>
        <w:t>Aksara</w:t>
      </w:r>
      <w:proofErr w:type="spellEnd"/>
      <w:r>
        <w:br/>
        <w:t xml:space="preserve">Major: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Telekomunikasi (TJKT)</w:t>
      </w:r>
      <w:r>
        <w:br/>
        <w:t>Graduation Year: 2026</w:t>
      </w:r>
    </w:p>
    <w:p w14:paraId="342337FA" w14:textId="77777777" w:rsidR="003900EB" w:rsidRDefault="00EA7655">
      <w:pPr>
        <w:pStyle w:val="Heading2"/>
      </w:pPr>
      <w:r>
        <w:t>INTERNSHIP EXPERIENCE</w:t>
      </w:r>
    </w:p>
    <w:p w14:paraId="46273661" w14:textId="77777777" w:rsidR="003900EB" w:rsidRDefault="00EA7655">
      <w:r>
        <w:t xml:space="preserve">PT </w:t>
      </w:r>
      <w:proofErr w:type="spellStart"/>
      <w:r>
        <w:t>Trisatya</w:t>
      </w:r>
      <w:proofErr w:type="spellEnd"/>
      <w:r>
        <w:t xml:space="preserve"> </w:t>
      </w:r>
      <w:proofErr w:type="spellStart"/>
      <w:r>
        <w:t>Sukses</w:t>
      </w:r>
      <w:proofErr w:type="spellEnd"/>
      <w:r>
        <w:t xml:space="preserve"> </w:t>
      </w:r>
      <w:proofErr w:type="spellStart"/>
      <w:r>
        <w:t>Abadi</w:t>
      </w:r>
      <w:proofErr w:type="spellEnd"/>
      <w:r>
        <w:br/>
        <w:t>HR &amp; Administrative Intern</w:t>
      </w:r>
      <w:r>
        <w:br/>
        <w:t>Month Year - Month Year</w:t>
      </w:r>
    </w:p>
    <w:p w14:paraId="695E08CB" w14:textId="77777777" w:rsidR="003900EB" w:rsidRDefault="00EA7655">
      <w:pPr>
        <w:pStyle w:val="ListBullet"/>
      </w:pPr>
      <w:r>
        <w:t>Assisted HR recruitment administration and candidate documentation.</w:t>
      </w:r>
    </w:p>
    <w:p w14:paraId="5784409E" w14:textId="77777777" w:rsidR="003900EB" w:rsidRDefault="00EA7655">
      <w:pPr>
        <w:pStyle w:val="ListBullet"/>
      </w:pPr>
      <w:r>
        <w:t>Welcomed applicants and visitors while supporting receptionist duties.</w:t>
      </w:r>
    </w:p>
    <w:p w14:paraId="07AFC452" w14:textId="77777777" w:rsidR="003900EB" w:rsidRDefault="00EA7655">
      <w:pPr>
        <w:pStyle w:val="ListBullet"/>
      </w:pPr>
      <w:r>
        <w:t>Managed applicant data and administrative records using Microsoft Excel.</w:t>
      </w:r>
    </w:p>
    <w:p w14:paraId="7D0B25DF" w14:textId="77777777" w:rsidR="003900EB" w:rsidRDefault="00EA7655">
      <w:pPr>
        <w:pStyle w:val="ListBullet"/>
      </w:pPr>
      <w:r>
        <w:t>Organized invoices, payroll documents, and company files for the Accounting department.</w:t>
      </w:r>
    </w:p>
    <w:p w14:paraId="2FB8E309" w14:textId="77777777" w:rsidR="003900EB" w:rsidRDefault="00EA7655">
      <w:pPr>
        <w:pStyle w:val="ListBullet"/>
      </w:pPr>
      <w:r>
        <w:t>Collaborated with HR, Receptionist, and Accounting teams to ensure smooth daily operations.</w:t>
      </w:r>
    </w:p>
    <w:p w14:paraId="62EA8FE2" w14:textId="77777777" w:rsidR="003900EB" w:rsidRDefault="00EA7655">
      <w:pPr>
        <w:pStyle w:val="Heading2"/>
      </w:pPr>
      <w:r>
        <w:t>TECHNICAL SKILLS</w:t>
      </w:r>
    </w:p>
    <w:p w14:paraId="5B9EB31B" w14:textId="77777777" w:rsidR="003900EB" w:rsidRDefault="00EA7655">
      <w:r>
        <w:t xml:space="preserve">IT Support • Computer Networking • Network Administration • Troubleshooting • Windows • Microsoft Office • Microsoft Excel • TCP/IP • DHCP • DNS • Routing • Switching • Basic </w:t>
      </w:r>
      <w:proofErr w:type="spellStart"/>
      <w:r>
        <w:t>Mikrotik</w:t>
      </w:r>
      <w:proofErr w:type="spellEnd"/>
      <w:r>
        <w:t xml:space="preserve"> • Basic Cisco</w:t>
      </w:r>
    </w:p>
    <w:p w14:paraId="724A0320" w14:textId="77777777" w:rsidR="003900EB" w:rsidRDefault="00EA7655">
      <w:pPr>
        <w:pStyle w:val="Heading2"/>
      </w:pPr>
      <w:r>
        <w:t>SOFT SKILLS</w:t>
      </w:r>
    </w:p>
    <w:p w14:paraId="1C66C72E" w14:textId="77777777" w:rsidR="003900EB" w:rsidRDefault="00EA7655">
      <w:r>
        <w:t>Communication • Teamwork • Problem Solving • Adaptability • Time Management • Attention to Detail</w:t>
      </w:r>
    </w:p>
    <w:p w14:paraId="2DF40069" w14:textId="4988254B" w:rsidR="003900EB" w:rsidRDefault="00E10434">
      <w:pPr>
        <w:pStyle w:val="Heading2"/>
      </w:pPr>
      <w:r>
        <w:t>LANGUAGES</w:t>
      </w:r>
    </w:p>
    <w:p w14:paraId="0E44B463" w14:textId="69BD8243" w:rsidR="004854FE" w:rsidRDefault="00E10434" w:rsidP="004854FE">
      <w:pPr>
        <w:pStyle w:val="ListParagraph"/>
        <w:numPr>
          <w:ilvl w:val="0"/>
          <w:numId w:val="14"/>
        </w:numPr>
      </w:pPr>
      <w:r>
        <w:t>English (Pas</w:t>
      </w:r>
      <w:r w:rsidR="00DE76C0">
        <w:t>sive)</w:t>
      </w:r>
    </w:p>
    <w:p w14:paraId="4C405A9E" w14:textId="348145E7" w:rsidR="003900EB" w:rsidRDefault="004854FE" w:rsidP="00143772">
      <w:pPr>
        <w:pStyle w:val="ListParagraph"/>
        <w:numPr>
          <w:ilvl w:val="0"/>
          <w:numId w:val="14"/>
        </w:numPr>
      </w:pPr>
      <w:r>
        <w:t>Indonesia (Active)</w:t>
      </w:r>
    </w:p>
    <w:sectPr w:rsidR="003900E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80055B"/>
    <w:multiLevelType w:val="hybridMultilevel"/>
    <w:tmpl w:val="601E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82CC7"/>
    <w:multiLevelType w:val="hybridMultilevel"/>
    <w:tmpl w:val="2A72B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54471"/>
    <w:multiLevelType w:val="hybridMultilevel"/>
    <w:tmpl w:val="CE705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F2AB0"/>
    <w:multiLevelType w:val="hybridMultilevel"/>
    <w:tmpl w:val="D9D09C9E"/>
    <w:lvl w:ilvl="0" w:tplc="FFFFFFFF">
      <w:numFmt w:val="bullet"/>
      <w:lvlText w:val="•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26DE3"/>
    <w:multiLevelType w:val="hybridMultilevel"/>
    <w:tmpl w:val="F4EC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499973">
    <w:abstractNumId w:val="8"/>
  </w:num>
  <w:num w:numId="2" w16cid:durableId="1355960253">
    <w:abstractNumId w:val="6"/>
  </w:num>
  <w:num w:numId="3" w16cid:durableId="1078408626">
    <w:abstractNumId w:val="5"/>
  </w:num>
  <w:num w:numId="4" w16cid:durableId="433286863">
    <w:abstractNumId w:val="4"/>
  </w:num>
  <w:num w:numId="5" w16cid:durableId="1529292553">
    <w:abstractNumId w:val="7"/>
  </w:num>
  <w:num w:numId="6" w16cid:durableId="1326520311">
    <w:abstractNumId w:val="3"/>
  </w:num>
  <w:num w:numId="7" w16cid:durableId="1433011110">
    <w:abstractNumId w:val="2"/>
  </w:num>
  <w:num w:numId="8" w16cid:durableId="1673558026">
    <w:abstractNumId w:val="1"/>
  </w:num>
  <w:num w:numId="9" w16cid:durableId="376661133">
    <w:abstractNumId w:val="0"/>
  </w:num>
  <w:num w:numId="10" w16cid:durableId="184487537">
    <w:abstractNumId w:val="11"/>
  </w:num>
  <w:num w:numId="11" w16cid:durableId="1416584939">
    <w:abstractNumId w:val="9"/>
  </w:num>
  <w:num w:numId="12" w16cid:durableId="1754430436">
    <w:abstractNumId w:val="10"/>
  </w:num>
  <w:num w:numId="13" w16cid:durableId="879054238">
    <w:abstractNumId w:val="13"/>
  </w:num>
  <w:num w:numId="14" w16cid:durableId="14433838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772"/>
    <w:rsid w:val="0015074B"/>
    <w:rsid w:val="00214379"/>
    <w:rsid w:val="0029639D"/>
    <w:rsid w:val="00326F90"/>
    <w:rsid w:val="003900EB"/>
    <w:rsid w:val="003B4800"/>
    <w:rsid w:val="004854FE"/>
    <w:rsid w:val="00AA1D8D"/>
    <w:rsid w:val="00B47730"/>
    <w:rsid w:val="00CB0664"/>
    <w:rsid w:val="00CE637A"/>
    <w:rsid w:val="00DE76C0"/>
    <w:rsid w:val="00E10434"/>
    <w:rsid w:val="00EA7655"/>
    <w:rsid w:val="00FC693F"/>
    <w:rsid w:val="00FE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0BA1EC"/>
  <w14:defaultImageDpi w14:val="300"/>
  <w15:docId w15:val="{6B8B9ACC-714C-7C43-BA9D-992F7EA2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E02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Panca Pamungkas</cp:lastModifiedBy>
  <cp:revision>8</cp:revision>
  <dcterms:created xsi:type="dcterms:W3CDTF">2026-08-06T00:33:00Z</dcterms:created>
  <dcterms:modified xsi:type="dcterms:W3CDTF">2026-08-06T00:41:00Z</dcterms:modified>
  <cp:category/>
</cp:coreProperties>
</file>